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 w:line="259" w:lineRule="auto"/>
      </w:pPr>
      <w:r>
        <w:rPr>
          <w:rFonts w:ascii="Calibri" w:hAnsi="Calibri" w:eastAsia="Calibri" w:cs="Calibri"/>
          <w:b/>
          <w:i w:val="0"/>
          <w:color w:val="173F3A"/>
          <w:sz w:val="15"/>
        </w:rPr>
        <w:t>ZENTRO BAD  /  SERVICE &amp; RETOURE</w:t>
      </w:r>
    </w:p>
    <w:p>
      <w:pPr>
        <w:spacing w:before="0" w:after="20" w:line="240" w:lineRule="auto"/>
      </w:pPr>
      <w:r>
        <w:rPr>
          <w:rFonts w:ascii="Calibri" w:hAnsi="Calibri" w:eastAsia="Calibri" w:cs="Calibri"/>
          <w:b/>
          <w:i w:val="0"/>
          <w:color w:val="1D2524"/>
          <w:sz w:val="38"/>
        </w:rPr>
        <w:t>Retourenformular</w:t>
      </w:r>
    </w:p>
    <w:p>
      <w:pPr>
        <w:spacing w:before="0" w:after="80" w:line="252" w:lineRule="auto"/>
        <w:pBdr>
          <w:bottom w:val="single" w:sz="18" w:space="4" w:color="173F3A"/>
        </w:pBdr>
      </w:pPr>
      <w:r>
        <w:rPr>
          <w:rFonts w:ascii="Calibri" w:hAnsi="Calibri" w:eastAsia="Calibri" w:cs="Calibri"/>
          <w:b w:val="0"/>
          <w:i w:val="0"/>
          <w:color w:val="5F6B69"/>
          <w:sz w:val="19"/>
        </w:rPr>
        <w:t>Bitte vollständig ausfüllen und den Rückversand vorab mit unserem Kundenservice abstimmen.</w:t>
      </w:r>
    </w:p>
    <w:tbl>
      <w:tblPr>
        <w:tblW w:type="dxa" w:w="10085"/>
        <w:tblLayout w:type="fixed"/>
        <w:tblLook w:firstColumn="1" w:firstRow="1" w:lastColumn="0" w:lastRow="0" w:noHBand="0" w:noVBand="1" w:val="04A0"/>
        <w:tblInd w:w="120" w:type="dxa"/>
        <w:tblBorders>
          <w:top w:val="single" w:sz="5" w:space="0" w:color="C7D4D1"/>
          <w:start w:val="single" w:sz="5" w:space="0" w:color="C7D4D1"/>
          <w:bottom w:val="single" w:sz="5" w:space="0" w:color="C7D4D1"/>
          <w:end w:val="single" w:sz="5" w:space="0" w:color="C7D4D1"/>
          <w:insideH w:val="single" w:sz="5" w:space="0" w:color="C7D4D1"/>
          <w:insideV w:val="single" w:sz="5" w:space="0" w:color="C7D4D1"/>
        </w:tblBorders>
      </w:tblPr>
      <w:tblGrid>
        <w:gridCol w:w="3361"/>
        <w:gridCol w:w="3361"/>
        <w:gridCol w:w="3363"/>
      </w:tblGrid>
      <w:tr>
        <w:trPr>
          <w:cantSplit/>
          <w:trHeight w:val="1" w:hRule="atLeast"/>
        </w:trPr>
        <w:tc>
          <w:tcPr>
            <w:tcW w:type="dxa" w:w="3361"/>
            <w:tcMar>
              <w:top w:w="70" w:type="dxa"/>
              <w:start w:w="105" w:type="dxa"/>
              <w:bottom w:w="70" w:type="dxa"/>
              <w:end w:w="105" w:type="dxa"/>
            </w:tcMar>
            <w:vAlign w:val="center"/>
            <w:shd w:fill="E7EFED"/>
          </w:tcPr>
          <w:p>
            <w:pPr>
              <w:spacing w:before="0" w:after="0" w:line="240" w:lineRule="auto"/>
            </w:pPr>
            <w:r/>
            <w:r>
              <w:rPr>
                <w:rFonts w:ascii="Calibri" w:hAnsi="Calibri" w:eastAsia="Calibri" w:cs="Calibri"/>
                <w:b/>
                <w:i w:val="0"/>
                <w:color w:val="173F3A"/>
                <w:sz w:val="18"/>
              </w:rPr>
              <w:t xml:space="preserve">1  </w:t>
            </w:r>
            <w:r>
              <w:rPr>
                <w:rFonts w:ascii="Calibri" w:hAnsi="Calibri" w:eastAsia="Calibri" w:cs="Calibri"/>
                <w:b/>
                <w:i w:val="0"/>
                <w:color w:val="173F3A"/>
                <w:sz w:val="16"/>
              </w:rPr>
              <w:t>FORMULAR AUSFÜLLEN</w:t>
            </w:r>
          </w:p>
          <w:p>
            <w:pPr>
              <w:spacing w:before="0" w:after="0" w:line="240" w:lineRule="auto"/>
            </w:pPr>
            <w:r>
              <w:rPr>
                <w:rFonts w:ascii="Calibri" w:hAnsi="Calibri" w:eastAsia="Calibri" w:cs="Calibri"/>
                <w:b w:val="0"/>
                <w:i w:val="0"/>
                <w:color w:val="5F6B69"/>
                <w:sz w:val="15"/>
              </w:rPr>
              <w:t>Bestell- und Artikeldaten eintragen</w:t>
            </w:r>
          </w:p>
        </w:tc>
        <w:tc>
          <w:tcPr>
            <w:tcW w:type="dxa" w:w="3361"/>
            <w:tcMar>
              <w:top w:w="70" w:type="dxa"/>
              <w:start w:w="105" w:type="dxa"/>
              <w:bottom w:w="70" w:type="dxa"/>
              <w:end w:w="105" w:type="dxa"/>
            </w:tcMar>
            <w:vAlign w:val="center"/>
            <w:shd w:fill="E7EFED"/>
          </w:tcPr>
          <w:p>
            <w:pPr>
              <w:spacing w:before="0" w:after="0" w:line="240" w:lineRule="auto"/>
            </w:pPr>
            <w:r/>
            <w:r>
              <w:rPr>
                <w:rFonts w:ascii="Calibri" w:hAnsi="Calibri" w:eastAsia="Calibri" w:cs="Calibri"/>
                <w:b/>
                <w:i w:val="0"/>
                <w:color w:val="173F3A"/>
                <w:sz w:val="18"/>
              </w:rPr>
              <w:t xml:space="preserve">2  </w:t>
            </w:r>
            <w:r>
              <w:rPr>
                <w:rFonts w:ascii="Calibri" w:hAnsi="Calibri" w:eastAsia="Calibri" w:cs="Calibri"/>
                <w:b/>
                <w:i w:val="0"/>
                <w:color w:val="173F3A"/>
                <w:sz w:val="16"/>
              </w:rPr>
              <w:t>KONTAKT AUFNEHMEN</w:t>
            </w:r>
          </w:p>
          <w:p>
            <w:pPr>
              <w:spacing w:before="0" w:after="0" w:line="240" w:lineRule="auto"/>
            </w:pPr>
            <w:r>
              <w:rPr>
                <w:rFonts w:ascii="Calibri" w:hAnsi="Calibri" w:eastAsia="Calibri" w:cs="Calibri"/>
                <w:b w:val="0"/>
                <w:i w:val="0"/>
                <w:color w:val="5F6B69"/>
                <w:sz w:val="15"/>
              </w:rPr>
              <w:t>an info@zentrobad.de senden</w:t>
            </w:r>
          </w:p>
        </w:tc>
        <w:tc>
          <w:tcPr>
            <w:tcW w:type="dxa" w:w="3363"/>
            <w:tcMar>
              <w:top w:w="70" w:type="dxa"/>
              <w:start w:w="105" w:type="dxa"/>
              <w:bottom w:w="70" w:type="dxa"/>
              <w:end w:w="105" w:type="dxa"/>
            </w:tcMar>
            <w:vAlign w:val="center"/>
            <w:shd w:fill="E7EFED"/>
          </w:tcPr>
          <w:p>
            <w:pPr>
              <w:spacing w:before="0" w:after="0" w:line="240" w:lineRule="auto"/>
            </w:pPr>
            <w:r/>
            <w:r>
              <w:rPr>
                <w:rFonts w:ascii="Calibri" w:hAnsi="Calibri" w:eastAsia="Calibri" w:cs="Calibri"/>
                <w:b/>
                <w:i w:val="0"/>
                <w:color w:val="173F3A"/>
                <w:sz w:val="18"/>
              </w:rPr>
              <w:t xml:space="preserve">3  </w:t>
            </w:r>
            <w:r>
              <w:rPr>
                <w:rFonts w:ascii="Calibri" w:hAnsi="Calibri" w:eastAsia="Calibri" w:cs="Calibri"/>
                <w:b/>
                <w:i w:val="0"/>
                <w:color w:val="173F3A"/>
                <w:sz w:val="16"/>
              </w:rPr>
              <w:t>RÜCKSENDUNG</w:t>
            </w:r>
          </w:p>
          <w:p>
            <w:pPr>
              <w:spacing w:before="0" w:after="0" w:line="240" w:lineRule="auto"/>
            </w:pPr>
            <w:r>
              <w:rPr>
                <w:rFonts w:ascii="Calibri" w:hAnsi="Calibri" w:eastAsia="Calibri" w:cs="Calibri"/>
                <w:b w:val="0"/>
                <w:i w:val="0"/>
                <w:color w:val="5F6B69"/>
                <w:sz w:val="15"/>
              </w:rPr>
              <w:t>Versandart und Adresse abstimmen</w:t>
            </w:r>
          </w:p>
        </w:tc>
      </w:tr>
    </w:tbl>
    <w:p>
      <w:pPr>
        <w:keepNext/>
        <w:spacing w:before="100" w:after="60"/>
        <w:pBdr>
          <w:bottom w:val="single" w:sz="10" w:space="2" w:color="173F3A"/>
        </w:pBdr>
      </w:pPr>
      <w:r>
        <w:rPr>
          <w:rFonts w:ascii="Calibri" w:hAnsi="Calibri" w:eastAsia="Calibri" w:cs="Calibri"/>
          <w:b/>
          <w:i w:val="0"/>
          <w:color w:val="173F3A"/>
          <w:sz w:val="18"/>
        </w:rPr>
        <w:t>1. KUNDENDATEN</w:t>
      </w:r>
    </w:p>
    <w:tbl>
      <w:tblPr>
        <w:tblW w:type="dxa" w:w="10085"/>
        <w:tblLayout w:type="fixed"/>
        <w:tblLook w:firstColumn="1" w:firstRow="1" w:lastColumn="0" w:lastRow="0" w:noHBand="0" w:noVBand="1" w:val="04A0"/>
        <w:tblInd w:w="120" w:type="dxa"/>
        <w:tblBorders>
          <w:top w:val="single" w:sz="6" w:space="0" w:color="B7C4C1"/>
          <w:start w:val="single" w:sz="6" w:space="0" w:color="B7C4C1"/>
          <w:bottom w:val="single" w:sz="6" w:space="0" w:color="B7C4C1"/>
          <w:end w:val="single" w:sz="6" w:space="0" w:color="B7C4C1"/>
          <w:insideH w:val="single" w:sz="6" w:space="0" w:color="B7C4C1"/>
          <w:insideV w:val="single" w:sz="6" w:space="0" w:color="B7C4C1"/>
        </w:tblBorders>
      </w:tblPr>
      <w:tblGrid>
        <w:gridCol w:w="1450"/>
        <w:gridCol w:w="3592"/>
        <w:gridCol w:w="1450"/>
        <w:gridCol w:w="3593"/>
      </w:tblGrid>
      <w:tr>
        <w:trPr>
          <w:cantSplit/>
        </w:trPr>
        <w:tc>
          <w:tcPr>
            <w:tcW w:type="dxa" w:w="5042"/>
            <w:tcMar>
              <w:top w:w="70" w:type="dxa"/>
              <w:start w:w="105" w:type="dxa"/>
              <w:bottom w:w="70" w:type="dxa"/>
              <w:end w:w="105" w:type="dxa"/>
            </w:tcMar>
            <w:vAlign w:val="center"/>
            <w:gridSpan w:val="2"/>
            <w:shd w:fill="F7F9F8"/>
          </w:tcPr>
          <w:p>
            <w:pPr>
              <w:spacing w:before="0" w:after="20" w:line="240" w:lineRule="auto"/>
            </w:pPr>
            <w:r/>
            <w:r>
              <w:rPr>
                <w:rFonts w:ascii="Calibri" w:hAnsi="Calibri" w:eastAsia="Calibri" w:cs="Calibri"/>
                <w:b/>
                <w:i w:val="0"/>
                <w:color w:val="173F3A"/>
                <w:sz w:val="14"/>
              </w:rPr>
              <w:t>NAME</w:t>
            </w:r>
          </w:p>
          <w:p>
            <w:pPr>
              <w:spacing w:before="0" w:after="0" w:line="240" w:lineRule="auto"/>
            </w:pPr>
            <w:sdt>
              <w:sdtPr>
                <w:tag w:val="NAME"/>
                <w:alias w:val="Name"/>
                <w:text/>
              </w:sdtPr>
              <w:sdtContent>
                <w:r>
                  <w:rPr>
                    <w:rFonts w:ascii="Calibri" w:hAnsi="Calibri" w:eastAsia="Calibri" w:cs="Calibri"/>
                    <w:color w:val="5F6B69"/>
                    <w:sz w:val="19"/>
                    <w:szCs w:val="19"/>
                  </w:rPr>
                  <w:t>Vor- und Nachname</w:t>
                </w:r>
              </w:sdtContent>
            </w:sdt>
          </w:p>
        </w:tc>
        <w:tc>
          <w:tcPr>
            <w:tcW w:type="dxa" w:w="5043"/>
            <w:tcMar>
              <w:top w:w="70" w:type="dxa"/>
              <w:start w:w="105" w:type="dxa"/>
              <w:bottom w:w="70" w:type="dxa"/>
              <w:end w:w="105" w:type="dxa"/>
            </w:tcMar>
            <w:vAlign w:val="center"/>
            <w:gridSpan w:val="2"/>
            <w:shd w:fill="F7F9F8"/>
          </w:tcPr>
          <w:p>
            <w:pPr>
              <w:spacing w:before="0" w:after="20" w:line="240" w:lineRule="auto"/>
            </w:pPr>
            <w:r/>
            <w:r>
              <w:rPr>
                <w:rFonts w:ascii="Calibri" w:hAnsi="Calibri" w:eastAsia="Calibri" w:cs="Calibri"/>
                <w:b/>
                <w:i w:val="0"/>
                <w:color w:val="173F3A"/>
                <w:sz w:val="14"/>
              </w:rPr>
              <w:t>E-MAIL</w:t>
            </w:r>
          </w:p>
          <w:p>
            <w:pPr>
              <w:spacing w:before="0" w:after="0" w:line="240" w:lineRule="auto"/>
            </w:pPr>
            <w:sdt>
              <w:sdtPr>
                <w:tag w:val="EMAIL"/>
                <w:alias w:val="Email"/>
                <w:text/>
              </w:sdtPr>
              <w:sdtContent>
                <w:r>
                  <w:rPr>
                    <w:rFonts w:ascii="Calibri" w:hAnsi="Calibri" w:eastAsia="Calibri" w:cs="Calibri"/>
                    <w:color w:val="5F6B69"/>
                    <w:sz w:val="19"/>
                    <w:szCs w:val="19"/>
                  </w:rPr>
                  <w:t>name@beispiel.de</w:t>
                </w:r>
              </w:sdtContent>
            </w:sdt>
          </w:p>
        </w:tc>
      </w:tr>
      <w:tr>
        <w:trPr>
          <w:cantSplit/>
        </w:trPr>
        <w:tc>
          <w:tcPr>
            <w:tcW w:type="dxa" w:w="5042"/>
            <w:tcMar>
              <w:top w:w="70" w:type="dxa"/>
              <w:start w:w="105" w:type="dxa"/>
              <w:bottom w:w="70" w:type="dxa"/>
              <w:end w:w="105" w:type="dxa"/>
            </w:tcMar>
            <w:vAlign w:val="center"/>
            <w:gridSpan w:val="2"/>
            <w:shd w:fill="F7F9F8"/>
          </w:tcPr>
          <w:p>
            <w:pPr>
              <w:spacing w:before="0" w:after="20" w:line="240" w:lineRule="auto"/>
            </w:pPr>
            <w:r/>
            <w:r>
              <w:rPr>
                <w:rFonts w:ascii="Calibri" w:hAnsi="Calibri" w:eastAsia="Calibri" w:cs="Calibri"/>
                <w:b/>
                <w:i w:val="0"/>
                <w:color w:val="173F3A"/>
                <w:sz w:val="14"/>
              </w:rPr>
              <w:t>STRASSE / NR.</w:t>
            </w:r>
          </w:p>
          <w:p>
            <w:pPr>
              <w:spacing w:before="0" w:after="0" w:line="240" w:lineRule="auto"/>
            </w:pPr>
            <w:sdt>
              <w:sdtPr>
                <w:tag w:val="STRASSE"/>
                <w:alias w:val="Strasse"/>
                <w:text/>
              </w:sdtPr>
              <w:sdtContent>
                <w:r>
                  <w:rPr>
                    <w:rFonts w:ascii="Calibri" w:hAnsi="Calibri" w:eastAsia="Calibri" w:cs="Calibri"/>
                    <w:color w:val="5F6B69"/>
                    <w:sz w:val="19"/>
                    <w:szCs w:val="19"/>
                  </w:rPr>
                  <w:t>Straße und Hausnummer</w:t>
                </w:r>
              </w:sdtContent>
            </w:sdt>
          </w:p>
        </w:tc>
        <w:tc>
          <w:tcPr>
            <w:tcW w:type="dxa" w:w="5043"/>
            <w:tcMar>
              <w:top w:w="70" w:type="dxa"/>
              <w:start w:w="105" w:type="dxa"/>
              <w:bottom w:w="70" w:type="dxa"/>
              <w:end w:w="105" w:type="dxa"/>
            </w:tcMar>
            <w:vAlign w:val="center"/>
            <w:gridSpan w:val="2"/>
            <w:shd w:fill="F7F9F8"/>
          </w:tcPr>
          <w:p>
            <w:pPr>
              <w:spacing w:before="0" w:after="20" w:line="240" w:lineRule="auto"/>
            </w:pPr>
            <w:r/>
            <w:r>
              <w:rPr>
                <w:rFonts w:ascii="Calibri" w:hAnsi="Calibri" w:eastAsia="Calibri" w:cs="Calibri"/>
                <w:b/>
                <w:i w:val="0"/>
                <w:color w:val="173F3A"/>
                <w:sz w:val="14"/>
              </w:rPr>
              <w:t>TELEFON</w:t>
            </w:r>
          </w:p>
          <w:p>
            <w:pPr>
              <w:spacing w:before="0" w:after="0" w:line="240" w:lineRule="auto"/>
            </w:pPr>
            <w:sdt>
              <w:sdtPr>
                <w:tag w:val="TELEFON"/>
                <w:alias w:val="Telefon"/>
                <w:text/>
              </w:sdtPr>
              <w:sdtContent>
                <w:r>
                  <w:rPr>
                    <w:rFonts w:ascii="Calibri" w:hAnsi="Calibri" w:eastAsia="Calibri" w:cs="Calibri"/>
                    <w:color w:val="5F6B69"/>
                    <w:sz w:val="19"/>
                    <w:szCs w:val="19"/>
                  </w:rPr>
                  <w:t>optional</w:t>
                </w:r>
              </w:sdtContent>
            </w:sdt>
          </w:p>
        </w:tc>
      </w:tr>
      <w:tr>
        <w:trPr>
          <w:cantSplit/>
        </w:trPr>
        <w:tc>
          <w:tcPr>
            <w:tcW w:type="dxa" w:w="5042"/>
            <w:tcMar>
              <w:top w:w="70" w:type="dxa"/>
              <w:start w:w="105" w:type="dxa"/>
              <w:bottom w:w="70" w:type="dxa"/>
              <w:end w:w="105" w:type="dxa"/>
            </w:tcMar>
            <w:vAlign w:val="center"/>
            <w:gridSpan w:val="2"/>
            <w:shd w:fill="F7F9F8"/>
          </w:tcPr>
          <w:p>
            <w:pPr>
              <w:spacing w:before="0" w:after="20" w:line="240" w:lineRule="auto"/>
            </w:pPr>
            <w:r/>
            <w:r>
              <w:rPr>
                <w:rFonts w:ascii="Calibri" w:hAnsi="Calibri" w:eastAsia="Calibri" w:cs="Calibri"/>
                <w:b/>
                <w:i w:val="0"/>
                <w:color w:val="173F3A"/>
                <w:sz w:val="14"/>
              </w:rPr>
              <w:t>PLZ / ORT</w:t>
            </w:r>
          </w:p>
          <w:p>
            <w:pPr>
              <w:spacing w:before="0" w:after="0" w:line="240" w:lineRule="auto"/>
            </w:pPr>
            <w:sdt>
              <w:sdtPr>
                <w:tag w:val="ORT"/>
                <w:alias w:val="Ort"/>
                <w:text/>
              </w:sdtPr>
              <w:sdtContent>
                <w:r>
                  <w:rPr>
                    <w:rFonts w:ascii="Calibri" w:hAnsi="Calibri" w:eastAsia="Calibri" w:cs="Calibri"/>
                    <w:color w:val="5F6B69"/>
                    <w:sz w:val="19"/>
                    <w:szCs w:val="19"/>
                  </w:rPr>
                  <w:t>Postleitzahl und Ort</w:t>
                </w:r>
              </w:sdtContent>
            </w:sdt>
          </w:p>
        </w:tc>
        <w:tc>
          <w:tcPr>
            <w:tcW w:type="dxa" w:w="5043"/>
            <w:tcMar>
              <w:top w:w="70" w:type="dxa"/>
              <w:start w:w="105" w:type="dxa"/>
              <w:bottom w:w="70" w:type="dxa"/>
              <w:end w:w="105" w:type="dxa"/>
            </w:tcMar>
            <w:vAlign w:val="center"/>
            <w:gridSpan w:val="2"/>
            <w:shd w:fill="F7F9F8"/>
          </w:tcPr>
          <w:p>
            <w:pPr>
              <w:spacing w:before="0" w:after="20" w:line="240" w:lineRule="auto"/>
            </w:pPr>
            <w:r/>
            <w:r>
              <w:rPr>
                <w:rFonts w:ascii="Calibri" w:hAnsi="Calibri" w:eastAsia="Calibri" w:cs="Calibri"/>
                <w:b/>
                <w:i w:val="0"/>
                <w:color w:val="173F3A"/>
                <w:sz w:val="14"/>
              </w:rPr>
              <w:t>LAND</w:t>
            </w:r>
          </w:p>
          <w:p>
            <w:pPr>
              <w:spacing w:before="0" w:after="0" w:line="240" w:lineRule="auto"/>
            </w:pPr>
            <w:sdt>
              <w:sdtPr>
                <w:tag w:val="LAND"/>
                <w:alias w:val="Land"/>
                <w:text/>
              </w:sdtPr>
              <w:sdtContent>
                <w:r>
                  <w:rPr>
                    <w:rFonts w:ascii="Calibri" w:hAnsi="Calibri" w:eastAsia="Calibri" w:cs="Calibri"/>
                    <w:color w:val="5F6B69"/>
                    <w:sz w:val="19"/>
                    <w:szCs w:val="19"/>
                  </w:rPr>
                  <w:t>Deutschland</w:t>
                </w:r>
              </w:sdtContent>
            </w:sdt>
          </w:p>
        </w:tc>
      </w:tr>
    </w:tbl>
    <w:p>
      <w:pPr>
        <w:keepNext/>
        <w:spacing w:before="100" w:after="60"/>
        <w:pBdr>
          <w:bottom w:val="single" w:sz="10" w:space="2" w:color="173F3A"/>
        </w:pBdr>
      </w:pPr>
      <w:r>
        <w:rPr>
          <w:rFonts w:ascii="Calibri" w:hAnsi="Calibri" w:eastAsia="Calibri" w:cs="Calibri"/>
          <w:b/>
          <w:i w:val="0"/>
          <w:color w:val="173F3A"/>
          <w:sz w:val="18"/>
        </w:rPr>
        <w:t>2. BESTELLUNG UND ANLIEGEN</w:t>
      </w:r>
    </w:p>
    <w:tbl>
      <w:tblPr>
        <w:tblW w:type="dxa" w:w="10085"/>
        <w:tblLayout w:type="fixed"/>
        <w:tblLook w:firstColumn="1" w:firstRow="1" w:lastColumn="0" w:lastRow="0" w:noHBand="0" w:noVBand="1" w:val="04A0"/>
        <w:tblInd w:w="120" w:type="dxa"/>
        <w:tblBorders>
          <w:top w:val="single" w:sz="6" w:space="0" w:color="B7C4C1"/>
          <w:start w:val="single" w:sz="6" w:space="0" w:color="B7C4C1"/>
          <w:bottom w:val="single" w:sz="6" w:space="0" w:color="B7C4C1"/>
          <w:end w:val="single" w:sz="6" w:space="0" w:color="B7C4C1"/>
          <w:insideH w:val="single" w:sz="6" w:space="0" w:color="B7C4C1"/>
          <w:insideV w:val="single" w:sz="6" w:space="0" w:color="B7C4C1"/>
        </w:tblBorders>
      </w:tblPr>
      <w:tblGrid>
        <w:gridCol w:w="1450"/>
        <w:gridCol w:w="3592"/>
        <w:gridCol w:w="1450"/>
        <w:gridCol w:w="3593"/>
      </w:tblGrid>
      <w:tr>
        <w:trPr>
          <w:cantSplit/>
        </w:trPr>
        <w:tc>
          <w:tcPr>
            <w:tcW w:type="dxa" w:w="5042"/>
            <w:tcMar>
              <w:top w:w="70" w:type="dxa"/>
              <w:start w:w="105" w:type="dxa"/>
              <w:bottom w:w="70" w:type="dxa"/>
              <w:end w:w="105" w:type="dxa"/>
            </w:tcMar>
            <w:vAlign w:val="center"/>
            <w:gridSpan w:val="2"/>
            <w:shd w:fill="F7F9F8"/>
          </w:tcPr>
          <w:p>
            <w:pPr>
              <w:spacing w:before="0" w:after="20" w:line="240" w:lineRule="auto"/>
            </w:pPr>
            <w:r/>
            <w:r>
              <w:rPr>
                <w:rFonts w:ascii="Calibri" w:hAnsi="Calibri" w:eastAsia="Calibri" w:cs="Calibri"/>
                <w:b/>
                <w:i w:val="0"/>
                <w:color w:val="173F3A"/>
                <w:sz w:val="14"/>
              </w:rPr>
              <w:t>BESTELLNUMMER</w:t>
            </w:r>
          </w:p>
          <w:p>
            <w:pPr>
              <w:spacing w:before="0" w:after="0" w:line="240" w:lineRule="auto"/>
            </w:pPr>
            <w:sdt>
              <w:sdtPr>
                <w:tag w:val="BESTELLNUMMER"/>
                <w:alias w:val="Bestellnummer"/>
                <w:text/>
              </w:sdtPr>
              <w:sdtContent>
                <w:r>
                  <w:rPr>
                    <w:rFonts w:ascii="Calibri" w:hAnsi="Calibri" w:eastAsia="Calibri" w:cs="Calibri"/>
                    <w:color w:val="5F6B69"/>
                    <w:sz w:val="19"/>
                    <w:szCs w:val="19"/>
                  </w:rPr>
                  <w:t>z. B. #1234</w:t>
                </w:r>
              </w:sdtContent>
            </w:sdt>
          </w:p>
        </w:tc>
        <w:tc>
          <w:tcPr>
            <w:tcW w:type="dxa" w:w="5043"/>
            <w:tcMar>
              <w:top w:w="70" w:type="dxa"/>
              <w:start w:w="105" w:type="dxa"/>
              <w:bottom w:w="70" w:type="dxa"/>
              <w:end w:w="105" w:type="dxa"/>
            </w:tcMar>
            <w:vAlign w:val="center"/>
            <w:gridSpan w:val="2"/>
            <w:shd w:fill="F7F9F8"/>
          </w:tcPr>
          <w:p>
            <w:pPr>
              <w:spacing w:before="0" w:after="20" w:line="240" w:lineRule="auto"/>
            </w:pPr>
            <w:r/>
            <w:r>
              <w:rPr>
                <w:rFonts w:ascii="Calibri" w:hAnsi="Calibri" w:eastAsia="Calibri" w:cs="Calibri"/>
                <w:b/>
                <w:i w:val="0"/>
                <w:color w:val="173F3A"/>
                <w:sz w:val="14"/>
              </w:rPr>
              <w:t>BESTELLDATUM</w:t>
            </w:r>
          </w:p>
          <w:p>
            <w:pPr>
              <w:spacing w:before="0" w:after="0" w:line="240" w:lineRule="auto"/>
            </w:pPr>
            <w:sdt>
              <w:sdtPr>
                <w:tag w:val="BESTELLDATUM"/>
                <w:alias w:val="Bestelldatum"/>
                <w:text/>
              </w:sdtPr>
              <w:sdtContent>
                <w:r>
                  <w:rPr>
                    <w:rFonts w:ascii="Calibri" w:hAnsi="Calibri" w:eastAsia="Calibri" w:cs="Calibri"/>
                    <w:color w:val="5F6B69"/>
                    <w:sz w:val="19"/>
                    <w:szCs w:val="19"/>
                  </w:rPr>
                  <w:t>TT.MM.JJJJ</w:t>
                </w:r>
              </w:sdtContent>
            </w:sdt>
          </w:p>
        </w:tc>
      </w:tr>
      <w:tr>
        <w:trPr>
          <w:cantSplit/>
        </w:trPr>
        <w:tc>
          <w:tcPr>
            <w:tcW w:type="dxa" w:w="5042"/>
            <w:tcMar>
              <w:top w:w="70" w:type="dxa"/>
              <w:start w:w="105" w:type="dxa"/>
              <w:bottom w:w="70" w:type="dxa"/>
              <w:end w:w="105" w:type="dxa"/>
            </w:tcMar>
            <w:vAlign w:val="center"/>
            <w:gridSpan w:val="2"/>
            <w:shd w:fill="F7F9F8"/>
          </w:tcPr>
          <w:p>
            <w:pPr>
              <w:spacing w:before="0" w:after="20" w:line="240" w:lineRule="auto"/>
            </w:pPr>
            <w:r/>
            <w:r>
              <w:rPr>
                <w:rFonts w:ascii="Calibri" w:hAnsi="Calibri" w:eastAsia="Calibri" w:cs="Calibri"/>
                <w:b/>
                <w:i w:val="0"/>
                <w:color w:val="173F3A"/>
                <w:sz w:val="14"/>
              </w:rPr>
              <w:t>LIEFERDATUM</w:t>
            </w:r>
          </w:p>
          <w:p>
            <w:pPr>
              <w:spacing w:before="0" w:after="0" w:line="240" w:lineRule="auto"/>
            </w:pPr>
            <w:sdt>
              <w:sdtPr>
                <w:tag w:val="LIEFERDATUM"/>
                <w:alias w:val="Lieferdatum"/>
                <w:text/>
              </w:sdtPr>
              <w:sdtContent>
                <w:r>
                  <w:rPr>
                    <w:rFonts w:ascii="Calibri" w:hAnsi="Calibri" w:eastAsia="Calibri" w:cs="Calibri"/>
                    <w:color w:val="5F6B69"/>
                    <w:sz w:val="19"/>
                    <w:szCs w:val="19"/>
                  </w:rPr>
                  <w:t>TT.MM.JJJJ</w:t>
                </w:r>
              </w:sdtContent>
            </w:sdt>
          </w:p>
        </w:tc>
        <w:tc>
          <w:tcPr>
            <w:tcW w:type="dxa" w:w="5043"/>
            <w:tcMar>
              <w:top w:w="70" w:type="dxa"/>
              <w:start w:w="105" w:type="dxa"/>
              <w:bottom w:w="70" w:type="dxa"/>
              <w:end w:w="105" w:type="dxa"/>
            </w:tcMar>
            <w:vAlign w:val="center"/>
            <w:gridSpan w:val="2"/>
            <w:shd w:fill="F7F9F8"/>
          </w:tcPr>
          <w:p>
            <w:pPr>
              <w:spacing w:before="0" w:after="20" w:line="240" w:lineRule="auto"/>
            </w:pPr>
            <w:r/>
            <w:r>
              <w:rPr>
                <w:rFonts w:ascii="Calibri" w:hAnsi="Calibri" w:eastAsia="Calibri" w:cs="Calibri"/>
                <w:b/>
                <w:i w:val="0"/>
                <w:color w:val="173F3A"/>
                <w:sz w:val="14"/>
              </w:rPr>
              <w:t>KUNDENNUMMER</w:t>
            </w:r>
          </w:p>
          <w:p>
            <w:pPr>
              <w:spacing w:before="0" w:after="0" w:line="240" w:lineRule="auto"/>
            </w:pPr>
            <w:sdt>
              <w:sdtPr>
                <w:tag w:val="KUNDENNUMMER"/>
                <w:alias w:val="Kundennummer"/>
                <w:text/>
              </w:sdtPr>
              <w:sdtContent>
                <w:r>
                  <w:rPr>
                    <w:rFonts w:ascii="Calibri" w:hAnsi="Calibri" w:eastAsia="Calibri" w:cs="Calibri"/>
                    <w:color w:val="5F6B69"/>
                    <w:sz w:val="19"/>
                    <w:szCs w:val="19"/>
                  </w:rPr>
                  <w:t>falls vorhanden</w:t>
                </w:r>
              </w:sdtContent>
            </w:sdt>
          </w:p>
        </w:tc>
      </w:tr>
    </w:tbl>
    <w:p>
      <w:pPr>
        <w:spacing w:before="40" w:after="40" w:line="240" w:lineRule="auto"/>
      </w:pPr>
      <w:r>
        <w:rPr>
          <w:rFonts w:ascii="Calibri" w:hAnsi="Calibri" w:eastAsia="Calibri" w:cs="Calibri"/>
          <w:b/>
          <w:i w:val="0"/>
          <w:color w:val="173F3A"/>
          <w:sz w:val="17"/>
        </w:rPr>
        <w:t xml:space="preserve">Bitte markieren:  </w:t>
      </w:r>
      <w:r>
        <w:rPr>
          <w:rFonts w:ascii="Segoe UI Symbol" w:hAnsi="Segoe UI Symbol" w:eastAsia="Segoe UI Symbol" w:cs="Segoe UI Symbol"/>
          <w:b w:val="0"/>
          <w:i w:val="0"/>
          <w:color w:val="1D2524"/>
          <w:sz w:val="18"/>
        </w:rPr>
        <w:t>☐ Widerruf / Rückgabe     ☐ Reklamation     ☐ Transportschaden</w:t>
      </w:r>
    </w:p>
    <w:p>
      <w:pPr>
        <w:keepNext/>
        <w:spacing w:before="100" w:after="60"/>
        <w:pBdr>
          <w:bottom w:val="single" w:sz="10" w:space="2" w:color="173F3A"/>
        </w:pBdr>
      </w:pPr>
      <w:r>
        <w:rPr>
          <w:rFonts w:ascii="Calibri" w:hAnsi="Calibri" w:eastAsia="Calibri" w:cs="Calibri"/>
          <w:b/>
          <w:i w:val="0"/>
          <w:color w:val="173F3A"/>
          <w:sz w:val="18"/>
        </w:rPr>
        <w:t>3. ZURÜCKGESANDTE ARTIKEL</w:t>
      </w:r>
    </w:p>
    <w:tbl>
      <w:tblPr>
        <w:tblW w:type="dxa" w:w="10085"/>
        <w:tblLayout w:type="fixed"/>
        <w:tblLook w:firstColumn="1" w:firstRow="1" w:lastColumn="0" w:lastRow="0" w:noHBand="0" w:noVBand="1" w:val="04A0"/>
        <w:tblInd w:w="120" w:type="dxa"/>
        <w:tblBorders>
          <w:top w:val="single" w:sz="6" w:space="0" w:color="B7C4C1"/>
          <w:start w:val="single" w:sz="6" w:space="0" w:color="B7C4C1"/>
          <w:bottom w:val="single" w:sz="6" w:space="0" w:color="B7C4C1"/>
          <w:end w:val="single" w:sz="6" w:space="0" w:color="B7C4C1"/>
          <w:insideH w:val="single" w:sz="6" w:space="0" w:color="B7C4C1"/>
          <w:insideV w:val="single" w:sz="6" w:space="0" w:color="B7C4C1"/>
        </w:tblBorders>
      </w:tblPr>
      <w:tblGrid>
        <w:gridCol w:w="520"/>
        <w:gridCol w:w="3600"/>
        <w:gridCol w:w="800"/>
        <w:gridCol w:w="5165"/>
      </w:tblGrid>
      <w:tr>
        <w:trPr>
          <w:cantSplit/>
          <w:trHeight w:val="1" w:hRule="atLeast"/>
          <w:tblHeader w:val="true"/>
        </w:trPr>
        <w:tc>
          <w:tcPr>
            <w:tcW w:type="dxa" w:w="520"/>
            <w:tcMar>
              <w:top w:w="70" w:type="dxa"/>
              <w:start w:w="105" w:type="dxa"/>
              <w:bottom w:w="70" w:type="dxa"/>
              <w:end w:w="105" w:type="dxa"/>
            </w:tcMar>
            <w:vAlign w:val="center"/>
            <w:shd w:fill="173F3A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Calibri" w:hAnsi="Calibri" w:eastAsia="Calibri" w:cs="Calibri"/>
                <w:b/>
                <w:i w:val="0"/>
                <w:color w:val="FFFFFF"/>
                <w:sz w:val="15"/>
              </w:rPr>
              <w:t>POS.</w:t>
            </w:r>
          </w:p>
        </w:tc>
        <w:tc>
          <w:tcPr>
            <w:tcW w:type="dxa" w:w="3600"/>
            <w:tcMar>
              <w:top w:w="70" w:type="dxa"/>
              <w:start w:w="105" w:type="dxa"/>
              <w:bottom w:w="70" w:type="dxa"/>
              <w:end w:w="105" w:type="dxa"/>
            </w:tcMar>
            <w:vAlign w:val="center"/>
            <w:shd w:fill="173F3A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 w:eastAsia="Calibri" w:cs="Calibri"/>
                <w:b/>
                <w:i w:val="0"/>
                <w:color w:val="FFFFFF"/>
                <w:sz w:val="15"/>
              </w:rPr>
              <w:t>ARTIKEL / ARTIKELNUMMER</w:t>
            </w:r>
          </w:p>
        </w:tc>
        <w:tc>
          <w:tcPr>
            <w:tcW w:type="dxa" w:w="800"/>
            <w:tcMar>
              <w:top w:w="70" w:type="dxa"/>
              <w:start w:w="105" w:type="dxa"/>
              <w:bottom w:w="70" w:type="dxa"/>
              <w:end w:w="105" w:type="dxa"/>
            </w:tcMar>
            <w:vAlign w:val="center"/>
            <w:shd w:fill="173F3A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Calibri" w:hAnsi="Calibri" w:eastAsia="Calibri" w:cs="Calibri"/>
                <w:b/>
                <w:i w:val="0"/>
                <w:color w:val="FFFFFF"/>
                <w:sz w:val="15"/>
              </w:rPr>
              <w:t>MENGE</w:t>
            </w:r>
          </w:p>
        </w:tc>
        <w:tc>
          <w:tcPr>
            <w:tcW w:type="dxa" w:w="5165"/>
            <w:tcMar>
              <w:top w:w="70" w:type="dxa"/>
              <w:start w:w="105" w:type="dxa"/>
              <w:bottom w:w="70" w:type="dxa"/>
              <w:end w:w="105" w:type="dxa"/>
            </w:tcMar>
            <w:vAlign w:val="center"/>
            <w:shd w:fill="173F3A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 w:eastAsia="Calibri" w:cs="Calibri"/>
                <w:b/>
                <w:i w:val="0"/>
                <w:color w:val="FFFFFF"/>
                <w:sz w:val="15"/>
              </w:rPr>
              <w:t>RÜCKGABEGRUND (OPTIONAL)</w:t>
            </w:r>
          </w:p>
        </w:tc>
      </w:tr>
      <w:tr>
        <w:trPr>
          <w:cantSplit/>
          <w:trHeight w:val="1" w:hRule="atLeast"/>
        </w:trPr>
        <w:tc>
          <w:tcPr>
            <w:tcW w:type="dxa" w:w="520"/>
            <w:tcMar>
              <w:top w:w="70" w:type="dxa"/>
              <w:start w:w="105" w:type="dxa"/>
              <w:bottom w:w="70" w:type="dxa"/>
              <w:end w:w="105" w:type="dxa"/>
            </w:tcMar>
            <w:vAlign w:val="center"/>
            <w:shd w:fill="FFFFFF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Calibri" w:hAnsi="Calibri" w:eastAsia="Calibri" w:cs="Calibri"/>
                <w:b w:val="0"/>
                <w:i w:val="0"/>
                <w:color w:val="5F6B69"/>
                <w:sz w:val="17"/>
              </w:rPr>
              <w:t>1</w:t>
            </w:r>
          </w:p>
        </w:tc>
        <w:tc>
          <w:tcPr>
            <w:tcW w:type="dxa" w:w="3600"/>
            <w:tcMar>
              <w:top w:w="70" w:type="dxa"/>
              <w:start w:w="105" w:type="dxa"/>
              <w:bottom w:w="70" w:type="dxa"/>
              <w:end w:w="105" w:type="dxa"/>
            </w:tcMar>
            <w:vAlign w:val="center"/>
            <w:shd w:fill="FFFFFF"/>
          </w:tcPr>
          <w:p>
            <w:pPr>
              <w:spacing w:before="0" w:after="0" w:line="240" w:lineRule="auto"/>
            </w:pPr>
            <w:r/>
            <w:sdt>
              <w:sdtPr>
                <w:tag w:val="ARTIKEL_1"/>
                <w:alias w:val="Artikel 1"/>
                <w:text/>
              </w:sdtPr>
              <w:sdtContent>
                <w:r>
                  <w:rPr>
                    <w:rFonts w:ascii="Calibri" w:hAnsi="Calibri" w:eastAsia="Calibri" w:cs="Calibri"/>
                    <w:color w:val="5F6B69"/>
                    <w:sz w:val="19"/>
                    <w:szCs w:val="19"/>
                  </w:rPr>
                  <w:t>Artikelbezeichnung / Nr.</w:t>
                </w:r>
              </w:sdtContent>
            </w:sdt>
          </w:p>
        </w:tc>
        <w:tc>
          <w:tcPr>
            <w:tcW w:type="dxa" w:w="800"/>
            <w:tcMar>
              <w:top w:w="70" w:type="dxa"/>
              <w:start w:w="105" w:type="dxa"/>
              <w:bottom w:w="70" w:type="dxa"/>
              <w:end w:w="105" w:type="dxa"/>
            </w:tcMar>
            <w:vAlign w:val="center"/>
            <w:shd w:fill="FFFFFF"/>
          </w:tcPr>
          <w:p>
            <w:pPr>
              <w:spacing w:before="0" w:after="0" w:line="240" w:lineRule="auto"/>
              <w:jc w:val="center"/>
            </w:pPr>
            <w:r/>
            <w:sdt>
              <w:sdtPr>
                <w:tag w:val="MENGE_1"/>
                <w:alias w:val="Menge 1"/>
                <w:text/>
              </w:sdtPr>
              <w:sdtContent>
                <w:r>
                  <w:rPr>
                    <w:rFonts w:ascii="Calibri" w:hAnsi="Calibri" w:eastAsia="Calibri" w:cs="Calibri"/>
                    <w:color w:val="5F6B69"/>
                    <w:sz w:val="19"/>
                    <w:szCs w:val="19"/>
                  </w:rPr>
                  <w:t>1</w:t>
                </w:r>
              </w:sdtContent>
            </w:sdt>
          </w:p>
        </w:tc>
        <w:tc>
          <w:tcPr>
            <w:tcW w:type="dxa" w:w="5165"/>
            <w:tcMar>
              <w:top w:w="70" w:type="dxa"/>
              <w:start w:w="105" w:type="dxa"/>
              <w:bottom w:w="70" w:type="dxa"/>
              <w:end w:w="105" w:type="dxa"/>
            </w:tcMar>
            <w:vAlign w:val="center"/>
            <w:shd w:fill="FFFFFF"/>
          </w:tcPr>
          <w:p>
            <w:pPr>
              <w:spacing w:before="0" w:after="0" w:line="240" w:lineRule="auto"/>
            </w:pPr>
            <w:r/>
            <w:sdt>
              <w:sdtPr>
                <w:tag w:val="GRUND_1"/>
                <w:alias w:val="Grund 1"/>
                <w:text/>
              </w:sdtPr>
              <w:sdtContent>
                <w:r>
                  <w:rPr>
                    <w:rFonts w:ascii="Calibri" w:hAnsi="Calibri" w:eastAsia="Calibri" w:cs="Calibri"/>
                    <w:color w:val="5F6B69"/>
                    <w:sz w:val="19"/>
                    <w:szCs w:val="19"/>
                  </w:rPr>
                  <w:t>z. B. gefällt nicht / passt nicht / beschädigt</w:t>
                </w:r>
              </w:sdtContent>
            </w:sdt>
          </w:p>
        </w:tc>
      </w:tr>
      <w:tr>
        <w:trPr>
          <w:cantSplit/>
          <w:trHeight w:val="1" w:hRule="atLeast"/>
        </w:trPr>
        <w:tc>
          <w:tcPr>
            <w:tcW w:type="dxa" w:w="520"/>
            <w:tcMar>
              <w:top w:w="70" w:type="dxa"/>
              <w:start w:w="105" w:type="dxa"/>
              <w:bottom w:w="70" w:type="dxa"/>
              <w:end w:w="105" w:type="dxa"/>
            </w:tcMar>
            <w:vAlign w:val="center"/>
            <w:shd w:fill="F7F9F8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Calibri" w:hAnsi="Calibri" w:eastAsia="Calibri" w:cs="Calibri"/>
                <w:b w:val="0"/>
                <w:i w:val="0"/>
                <w:color w:val="5F6B69"/>
                <w:sz w:val="17"/>
              </w:rPr>
              <w:t>2</w:t>
            </w:r>
          </w:p>
        </w:tc>
        <w:tc>
          <w:tcPr>
            <w:tcW w:type="dxa" w:w="3600"/>
            <w:tcMar>
              <w:top w:w="70" w:type="dxa"/>
              <w:start w:w="105" w:type="dxa"/>
              <w:bottom w:w="70" w:type="dxa"/>
              <w:end w:w="105" w:type="dxa"/>
            </w:tcMar>
            <w:vAlign w:val="center"/>
            <w:shd w:fill="F7F9F8"/>
          </w:tcPr>
          <w:p>
            <w:pPr>
              <w:spacing w:before="0" w:after="0" w:line="240" w:lineRule="auto"/>
            </w:pPr>
            <w:r/>
            <w:sdt>
              <w:sdtPr>
                <w:tag w:val="ARTIKEL_2"/>
                <w:alias w:val="Artikel 2"/>
                <w:text/>
              </w:sdtPr>
              <w:sdtContent>
                <w:r>
                  <w:rPr>
                    <w:rFonts w:ascii="Calibri" w:hAnsi="Calibri" w:eastAsia="Calibri" w:cs="Calibri"/>
                    <w:color w:val="5F6B69"/>
                    <w:sz w:val="19"/>
                    <w:szCs w:val="19"/>
                  </w:rPr>
                  <w:t>Artikelbezeichnung / Nr.</w:t>
                </w:r>
              </w:sdtContent>
            </w:sdt>
          </w:p>
        </w:tc>
        <w:tc>
          <w:tcPr>
            <w:tcW w:type="dxa" w:w="800"/>
            <w:tcMar>
              <w:top w:w="70" w:type="dxa"/>
              <w:start w:w="105" w:type="dxa"/>
              <w:bottom w:w="70" w:type="dxa"/>
              <w:end w:w="105" w:type="dxa"/>
            </w:tcMar>
            <w:vAlign w:val="center"/>
            <w:shd w:fill="F7F9F8"/>
          </w:tcPr>
          <w:p>
            <w:pPr>
              <w:spacing w:before="0" w:after="0" w:line="240" w:lineRule="auto"/>
              <w:jc w:val="center"/>
            </w:pPr>
            <w:r/>
            <w:sdt>
              <w:sdtPr>
                <w:tag w:val="MENGE_2"/>
                <w:alias w:val="Menge 2"/>
                <w:text/>
              </w:sdtPr>
              <w:sdtContent>
                <w:r>
                  <w:rPr>
                    <w:rFonts w:ascii="Calibri" w:hAnsi="Calibri" w:eastAsia="Calibri" w:cs="Calibri"/>
                    <w:color w:val="5F6B69"/>
                    <w:sz w:val="19"/>
                    <w:szCs w:val="19"/>
                  </w:rPr>
                  <w:t>1</w:t>
                </w:r>
              </w:sdtContent>
            </w:sdt>
          </w:p>
        </w:tc>
        <w:tc>
          <w:tcPr>
            <w:tcW w:type="dxa" w:w="5165"/>
            <w:tcMar>
              <w:top w:w="70" w:type="dxa"/>
              <w:start w:w="105" w:type="dxa"/>
              <w:bottom w:w="70" w:type="dxa"/>
              <w:end w:w="105" w:type="dxa"/>
            </w:tcMar>
            <w:vAlign w:val="center"/>
            <w:shd w:fill="F7F9F8"/>
          </w:tcPr>
          <w:p>
            <w:pPr>
              <w:spacing w:before="0" w:after="0" w:line="240" w:lineRule="auto"/>
            </w:pPr>
            <w:r/>
            <w:sdt>
              <w:sdtPr>
                <w:tag w:val="GRUND_2"/>
                <w:alias w:val="Grund 2"/>
                <w:text/>
              </w:sdtPr>
              <w:sdtContent>
                <w:r>
                  <w:rPr>
                    <w:rFonts w:ascii="Calibri" w:hAnsi="Calibri" w:eastAsia="Calibri" w:cs="Calibri"/>
                    <w:color w:val="5F6B69"/>
                    <w:sz w:val="19"/>
                    <w:szCs w:val="19"/>
                  </w:rPr>
                  <w:t>optional</w:t>
                </w:r>
              </w:sdtContent>
            </w:sdt>
          </w:p>
        </w:tc>
      </w:tr>
      <w:tr>
        <w:trPr>
          <w:cantSplit/>
          <w:trHeight w:val="1" w:hRule="atLeast"/>
        </w:trPr>
        <w:tc>
          <w:tcPr>
            <w:tcW w:type="dxa" w:w="520"/>
            <w:tcMar>
              <w:top w:w="70" w:type="dxa"/>
              <w:start w:w="105" w:type="dxa"/>
              <w:bottom w:w="70" w:type="dxa"/>
              <w:end w:w="105" w:type="dxa"/>
            </w:tcMar>
            <w:vAlign w:val="center"/>
            <w:shd w:fill="FFFFFF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Calibri" w:hAnsi="Calibri" w:eastAsia="Calibri" w:cs="Calibri"/>
                <w:b w:val="0"/>
                <w:i w:val="0"/>
                <w:color w:val="5F6B69"/>
                <w:sz w:val="17"/>
              </w:rPr>
              <w:t>3</w:t>
            </w:r>
          </w:p>
        </w:tc>
        <w:tc>
          <w:tcPr>
            <w:tcW w:type="dxa" w:w="3600"/>
            <w:tcMar>
              <w:top w:w="70" w:type="dxa"/>
              <w:start w:w="105" w:type="dxa"/>
              <w:bottom w:w="70" w:type="dxa"/>
              <w:end w:w="105" w:type="dxa"/>
            </w:tcMar>
            <w:vAlign w:val="center"/>
            <w:shd w:fill="FFFFFF"/>
          </w:tcPr>
          <w:p>
            <w:pPr>
              <w:spacing w:before="0" w:after="0" w:line="240" w:lineRule="auto"/>
            </w:pPr>
            <w:r/>
            <w:sdt>
              <w:sdtPr>
                <w:tag w:val="ARTIKEL_3"/>
                <w:alias w:val="Artikel 3"/>
                <w:text/>
              </w:sdtPr>
              <w:sdtContent>
                <w:r>
                  <w:rPr>
                    <w:rFonts w:ascii="Calibri" w:hAnsi="Calibri" w:eastAsia="Calibri" w:cs="Calibri"/>
                    <w:color w:val="5F6B69"/>
                    <w:sz w:val="19"/>
                    <w:szCs w:val="19"/>
                  </w:rPr>
                  <w:t>Artikelbezeichnung / Nr.</w:t>
                </w:r>
              </w:sdtContent>
            </w:sdt>
          </w:p>
        </w:tc>
        <w:tc>
          <w:tcPr>
            <w:tcW w:type="dxa" w:w="800"/>
            <w:tcMar>
              <w:top w:w="70" w:type="dxa"/>
              <w:start w:w="105" w:type="dxa"/>
              <w:bottom w:w="70" w:type="dxa"/>
              <w:end w:w="105" w:type="dxa"/>
            </w:tcMar>
            <w:vAlign w:val="center"/>
            <w:shd w:fill="FFFFFF"/>
          </w:tcPr>
          <w:p>
            <w:pPr>
              <w:spacing w:before="0" w:after="0" w:line="240" w:lineRule="auto"/>
              <w:jc w:val="center"/>
            </w:pPr>
            <w:r/>
            <w:sdt>
              <w:sdtPr>
                <w:tag w:val="MENGE_3"/>
                <w:alias w:val="Menge 3"/>
                <w:text/>
              </w:sdtPr>
              <w:sdtContent>
                <w:r>
                  <w:rPr>
                    <w:rFonts w:ascii="Calibri" w:hAnsi="Calibri" w:eastAsia="Calibri" w:cs="Calibri"/>
                    <w:color w:val="5F6B69"/>
                    <w:sz w:val="19"/>
                    <w:szCs w:val="19"/>
                  </w:rPr>
                  <w:t>1</w:t>
                </w:r>
              </w:sdtContent>
            </w:sdt>
          </w:p>
        </w:tc>
        <w:tc>
          <w:tcPr>
            <w:tcW w:type="dxa" w:w="5165"/>
            <w:tcMar>
              <w:top w:w="70" w:type="dxa"/>
              <w:start w:w="105" w:type="dxa"/>
              <w:bottom w:w="70" w:type="dxa"/>
              <w:end w:w="105" w:type="dxa"/>
            </w:tcMar>
            <w:vAlign w:val="center"/>
            <w:shd w:fill="FFFFFF"/>
          </w:tcPr>
          <w:p>
            <w:pPr>
              <w:spacing w:before="0" w:after="0" w:line="240" w:lineRule="auto"/>
            </w:pPr>
            <w:r/>
            <w:sdt>
              <w:sdtPr>
                <w:tag w:val="GRUND_3"/>
                <w:alias w:val="Grund 3"/>
                <w:text/>
              </w:sdtPr>
              <w:sdtContent>
                <w:r>
                  <w:rPr>
                    <w:rFonts w:ascii="Calibri" w:hAnsi="Calibri" w:eastAsia="Calibri" w:cs="Calibri"/>
                    <w:color w:val="5F6B69"/>
                    <w:sz w:val="19"/>
                    <w:szCs w:val="19"/>
                  </w:rPr>
                  <w:t>optional</w:t>
                </w:r>
              </w:sdtContent>
            </w:sdt>
          </w:p>
        </w:tc>
      </w:tr>
      <w:tr>
        <w:trPr>
          <w:cantSplit/>
          <w:trHeight w:val="1" w:hRule="atLeast"/>
        </w:trPr>
        <w:tc>
          <w:tcPr>
            <w:tcW w:type="dxa" w:w="520"/>
            <w:tcMar>
              <w:top w:w="70" w:type="dxa"/>
              <w:start w:w="105" w:type="dxa"/>
              <w:bottom w:w="70" w:type="dxa"/>
              <w:end w:w="105" w:type="dxa"/>
            </w:tcMar>
            <w:vAlign w:val="center"/>
            <w:shd w:fill="F7F9F8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Calibri" w:hAnsi="Calibri" w:eastAsia="Calibri" w:cs="Calibri"/>
                <w:b w:val="0"/>
                <w:i w:val="0"/>
                <w:color w:val="5F6B69"/>
                <w:sz w:val="17"/>
              </w:rPr>
              <w:t>4</w:t>
            </w:r>
          </w:p>
        </w:tc>
        <w:tc>
          <w:tcPr>
            <w:tcW w:type="dxa" w:w="3600"/>
            <w:tcMar>
              <w:top w:w="70" w:type="dxa"/>
              <w:start w:w="105" w:type="dxa"/>
              <w:bottom w:w="70" w:type="dxa"/>
              <w:end w:w="105" w:type="dxa"/>
            </w:tcMar>
            <w:vAlign w:val="center"/>
            <w:shd w:fill="F7F9F8"/>
          </w:tcPr>
          <w:p>
            <w:pPr>
              <w:spacing w:before="0" w:after="0" w:line="240" w:lineRule="auto"/>
            </w:pPr>
            <w:r/>
            <w:sdt>
              <w:sdtPr>
                <w:tag w:val="ARTIKEL_4"/>
                <w:alias w:val="Artikel 4"/>
                <w:text/>
              </w:sdtPr>
              <w:sdtContent>
                <w:r>
                  <w:rPr>
                    <w:rFonts w:ascii="Calibri" w:hAnsi="Calibri" w:eastAsia="Calibri" w:cs="Calibri"/>
                    <w:color w:val="5F6B69"/>
                    <w:sz w:val="19"/>
                    <w:szCs w:val="19"/>
                  </w:rPr>
                  <w:t>Artikelbezeichnung / Nr.</w:t>
                </w:r>
              </w:sdtContent>
            </w:sdt>
          </w:p>
        </w:tc>
        <w:tc>
          <w:tcPr>
            <w:tcW w:type="dxa" w:w="800"/>
            <w:tcMar>
              <w:top w:w="70" w:type="dxa"/>
              <w:start w:w="105" w:type="dxa"/>
              <w:bottom w:w="70" w:type="dxa"/>
              <w:end w:w="105" w:type="dxa"/>
            </w:tcMar>
            <w:vAlign w:val="center"/>
            <w:shd w:fill="F7F9F8"/>
          </w:tcPr>
          <w:p>
            <w:pPr>
              <w:spacing w:before="0" w:after="0" w:line="240" w:lineRule="auto"/>
              <w:jc w:val="center"/>
            </w:pPr>
            <w:r/>
            <w:sdt>
              <w:sdtPr>
                <w:tag w:val="MENGE_4"/>
                <w:alias w:val="Menge 4"/>
                <w:text/>
              </w:sdtPr>
              <w:sdtContent>
                <w:r>
                  <w:rPr>
                    <w:rFonts w:ascii="Calibri" w:hAnsi="Calibri" w:eastAsia="Calibri" w:cs="Calibri"/>
                    <w:color w:val="5F6B69"/>
                    <w:sz w:val="19"/>
                    <w:szCs w:val="19"/>
                  </w:rPr>
                  <w:t>1</w:t>
                </w:r>
              </w:sdtContent>
            </w:sdt>
          </w:p>
        </w:tc>
        <w:tc>
          <w:tcPr>
            <w:tcW w:type="dxa" w:w="5165"/>
            <w:tcMar>
              <w:top w:w="70" w:type="dxa"/>
              <w:start w:w="105" w:type="dxa"/>
              <w:bottom w:w="70" w:type="dxa"/>
              <w:end w:w="105" w:type="dxa"/>
            </w:tcMar>
            <w:vAlign w:val="center"/>
            <w:shd w:fill="F7F9F8"/>
          </w:tcPr>
          <w:p>
            <w:pPr>
              <w:spacing w:before="0" w:after="0" w:line="240" w:lineRule="auto"/>
            </w:pPr>
            <w:r/>
            <w:sdt>
              <w:sdtPr>
                <w:tag w:val="GRUND_4"/>
                <w:alias w:val="Grund 4"/>
                <w:text/>
              </w:sdtPr>
              <w:sdtContent>
                <w:r>
                  <w:rPr>
                    <w:rFonts w:ascii="Calibri" w:hAnsi="Calibri" w:eastAsia="Calibri" w:cs="Calibri"/>
                    <w:color w:val="5F6B69"/>
                    <w:sz w:val="19"/>
                    <w:szCs w:val="19"/>
                  </w:rPr>
                  <w:t>optional</w:t>
                </w:r>
              </w:sdtContent>
            </w:sdt>
          </w:p>
        </w:tc>
      </w:tr>
    </w:tbl>
    <w:p>
      <w:pPr>
        <w:spacing w:before="40" w:after="40" w:line="240" w:lineRule="auto"/>
      </w:pPr>
      <w:r>
        <w:rPr>
          <w:rFonts w:ascii="Calibri" w:hAnsi="Calibri" w:eastAsia="Calibri" w:cs="Calibri"/>
          <w:b/>
          <w:i w:val="0"/>
          <w:color w:val="173F3A"/>
          <w:sz w:val="17"/>
        </w:rPr>
        <w:t xml:space="preserve">Gewünschte Bearbeitung:  </w:t>
      </w:r>
      <w:r>
        <w:rPr>
          <w:rFonts w:ascii="Segoe UI Symbol" w:hAnsi="Segoe UI Symbol" w:eastAsia="Segoe UI Symbol" w:cs="Segoe UI Symbol"/>
          <w:b w:val="0"/>
          <w:i w:val="0"/>
          <w:color w:val="1D2524"/>
          <w:sz w:val="18"/>
        </w:rPr>
        <w:t>☐ Erstattung     ☐ Ersatz / Austausch     ☐ Kontaktaufnahme erwünscht</w:t>
      </w:r>
    </w:p>
    <w:p>
      <w:pPr>
        <w:keepNext/>
        <w:spacing w:before="100" w:after="60"/>
        <w:pBdr>
          <w:bottom w:val="single" w:sz="10" w:space="2" w:color="173F3A"/>
        </w:pBdr>
      </w:pPr>
      <w:r>
        <w:rPr>
          <w:rFonts w:ascii="Calibri" w:hAnsi="Calibri" w:eastAsia="Calibri" w:cs="Calibri"/>
          <w:b/>
          <w:i w:val="0"/>
          <w:color w:val="173F3A"/>
          <w:sz w:val="18"/>
        </w:rPr>
        <w:t>4. ERGÄNZENDE ANGABEN</w:t>
      </w:r>
    </w:p>
    <w:tbl>
      <w:tblPr>
        <w:tblW w:type="dxa" w:w="10085"/>
        <w:tblLayout w:type="fixed"/>
        <w:tblLook w:firstColumn="1" w:firstRow="1" w:lastColumn="0" w:lastRow="0" w:noHBand="0" w:noVBand="1" w:val="04A0"/>
        <w:tblInd w:w="120" w:type="dxa"/>
        <w:tblBorders>
          <w:top w:val="single" w:sz="6" w:space="0" w:color="B7C4C1"/>
          <w:start w:val="single" w:sz="6" w:space="0" w:color="B7C4C1"/>
          <w:bottom w:val="single" w:sz="6" w:space="0" w:color="B7C4C1"/>
          <w:end w:val="single" w:sz="6" w:space="0" w:color="B7C4C1"/>
          <w:insideH w:val="single" w:sz="6" w:space="0" w:color="B7C4C1"/>
          <w:insideV w:val="single" w:sz="6" w:space="0" w:color="B7C4C1"/>
        </w:tblBorders>
      </w:tblPr>
      <w:tblGrid>
        <w:gridCol w:w="10085"/>
      </w:tblGrid>
      <w:tr>
        <w:trPr>
          <w:cantSplit/>
          <w:trHeight w:val="1" w:hRule="atLeast"/>
        </w:trPr>
        <w:tc>
          <w:tcPr>
            <w:tcW w:type="dxa" w:w="10085"/>
            <w:tcMar>
              <w:top w:w="70" w:type="dxa"/>
              <w:start w:w="105" w:type="dxa"/>
              <w:bottom w:w="70" w:type="dxa"/>
              <w:end w:w="105" w:type="dxa"/>
            </w:tcMar>
            <w:vAlign w:val="center"/>
            <w:shd w:fill="F7F9F8"/>
          </w:tcPr>
          <w:p>
            <w:pPr>
              <w:spacing w:before="0" w:after="0" w:line="240" w:lineRule="auto"/>
            </w:pPr>
            <w:r/>
            <w:r>
              <w:rPr>
                <w:rFonts w:ascii="Calibri" w:hAnsi="Calibri" w:eastAsia="Calibri" w:cs="Calibri"/>
                <w:b/>
                <w:i w:val="0"/>
                <w:color w:val="173F3A"/>
                <w:sz w:val="14"/>
              </w:rPr>
              <w:t>ANMERKUNGEN / FEHLERBESCHREIBUNG</w:t>
            </w:r>
          </w:p>
          <w:p>
            <w:pPr>
              <w:spacing w:before="0" w:after="0" w:line="240" w:lineRule="auto"/>
            </w:pPr>
            <w:sdt>
              <w:sdtPr>
                <w:tag w:val="ANMERKUNGEN"/>
                <w:alias w:val="Anmerkungen"/>
                <w:text/>
              </w:sdtPr>
              <w:sdtContent>
                <w:r>
                  <w:rPr>
                    <w:rFonts w:ascii="Calibri" w:hAnsi="Calibri" w:eastAsia="Calibri" w:cs="Calibri"/>
                    <w:color w:val="5F6B69"/>
                    <w:sz w:val="19"/>
                    <w:szCs w:val="19"/>
                  </w:rPr>
                  <w:t>Zusätzliche Informationen; bei Schäden gern Fotos per E-Mail beifügen</w:t>
                </w:r>
              </w:sdtContent>
            </w:sdt>
          </w:p>
        </w:tc>
      </w:tr>
    </w:tbl>
    <w:p>
      <w:pPr>
        <w:spacing w:before="40" w:after="40" w:line="240" w:lineRule="auto"/>
      </w:pPr>
      <w:r>
        <w:rPr>
          <w:rFonts w:ascii="Calibri" w:hAnsi="Calibri" w:eastAsia="Calibri" w:cs="Calibri"/>
          <w:b/>
          <w:i w:val="0"/>
          <w:color w:val="173F3A"/>
          <w:sz w:val="17"/>
        </w:rPr>
        <w:t xml:space="preserve">Beigefügt:  </w:t>
      </w:r>
      <w:r>
        <w:rPr>
          <w:rFonts w:ascii="Segoe UI Symbol" w:hAnsi="Segoe UI Symbol" w:eastAsia="Segoe UI Symbol" w:cs="Segoe UI Symbol"/>
          <w:b w:val="0"/>
          <w:i w:val="0"/>
          <w:color w:val="1D2524"/>
          <w:sz w:val="17"/>
        </w:rPr>
        <w:t>☐ Zubehör / Teile     ☐ Kaufbeleg     ☐ Fotos per E-Mail     ☐ Originalverpackung, soweit vorhanden</w:t>
      </w:r>
    </w:p>
    <w:tbl>
      <w:tblPr>
        <w:tblW w:type="dxa" w:w="10085"/>
        <w:tblLayout w:type="fixed"/>
        <w:tblLook w:firstColumn="1" w:firstRow="1" w:lastColumn="0" w:lastRow="0" w:noHBand="0" w:noVBand="1" w:val="04A0"/>
        <w:tblInd w:w="120" w:type="dxa"/>
        <w:tblBorders>
          <w:top w:val="single" w:sz="6" w:space="0" w:color="B7C4C1"/>
          <w:start w:val="single" w:sz="6" w:space="0" w:color="B7C4C1"/>
          <w:bottom w:val="single" w:sz="6" w:space="0" w:color="B7C4C1"/>
          <w:end w:val="single" w:sz="6" w:space="0" w:color="B7C4C1"/>
          <w:insideH w:val="single" w:sz="6" w:space="0" w:color="B7C4C1"/>
          <w:insideV w:val="single" w:sz="6" w:space="0" w:color="B7C4C1"/>
        </w:tblBorders>
      </w:tblPr>
      <w:tblGrid>
        <w:gridCol w:w="5042"/>
        <w:gridCol w:w="5043"/>
      </w:tblGrid>
      <w:tr>
        <w:trPr>
          <w:cantSplit/>
        </w:trPr>
        <w:tc>
          <w:tcPr>
            <w:tcW w:type="dxa" w:w="5042"/>
            <w:tcMar>
              <w:top w:w="70" w:type="dxa"/>
              <w:start w:w="105" w:type="dxa"/>
              <w:bottom w:w="70" w:type="dxa"/>
              <w:end w:w="105" w:type="dxa"/>
            </w:tcMar>
            <w:vAlign w:val="center"/>
            <w:shd w:fill="F7F9F8"/>
          </w:tcPr>
          <w:p>
            <w:pPr>
              <w:spacing w:before="0" w:after="20" w:line="240" w:lineRule="auto"/>
            </w:pPr>
            <w:r/>
            <w:r>
              <w:rPr>
                <w:rFonts w:ascii="Calibri" w:hAnsi="Calibri" w:eastAsia="Calibri" w:cs="Calibri"/>
                <w:b/>
                <w:i w:val="0"/>
                <w:color w:val="173F3A"/>
                <w:sz w:val="14"/>
              </w:rPr>
              <w:t>ORT / DATUM</w:t>
            </w:r>
          </w:p>
          <w:p>
            <w:pPr>
              <w:spacing w:before="0" w:after="0" w:line="240" w:lineRule="auto"/>
            </w:pPr>
            <w:sdt>
              <w:sdtPr>
                <w:tag w:val="ORT_DATUM"/>
                <w:alias w:val="Ort Datum"/>
                <w:text/>
              </w:sdtPr>
              <w:sdtContent>
                <w:r>
                  <w:rPr>
                    <w:rFonts w:ascii="Calibri" w:hAnsi="Calibri" w:eastAsia="Calibri" w:cs="Calibri"/>
                    <w:color w:val="5F6B69"/>
                    <w:sz w:val="19"/>
                    <w:szCs w:val="19"/>
                  </w:rPr>
                  <w:t>Ort, TT.MM.JJJJ</w:t>
                </w:r>
              </w:sdtContent>
            </w:sdt>
          </w:p>
        </w:tc>
        <w:tc>
          <w:tcPr>
            <w:tcW w:type="dxa" w:w="5043"/>
            <w:tcMar>
              <w:top w:w="70" w:type="dxa"/>
              <w:start w:w="105" w:type="dxa"/>
              <w:bottom w:w="70" w:type="dxa"/>
              <w:end w:w="105" w:type="dxa"/>
            </w:tcMar>
            <w:vAlign w:val="center"/>
            <w:shd w:fill="F7F9F8"/>
          </w:tcPr>
          <w:p>
            <w:pPr>
              <w:spacing w:before="0" w:after="20" w:line="240" w:lineRule="auto"/>
            </w:pPr>
            <w:r/>
            <w:r>
              <w:rPr>
                <w:rFonts w:ascii="Calibri" w:hAnsi="Calibri" w:eastAsia="Calibri" w:cs="Calibri"/>
                <w:b/>
                <w:i w:val="0"/>
                <w:color w:val="173F3A"/>
                <w:sz w:val="14"/>
              </w:rPr>
              <w:t>UNTERSCHRIFT (BEI AUSDRUCK)</w:t>
            </w:r>
          </w:p>
          <w:p>
            <w:pPr>
              <w:spacing w:before="0" w:after="0" w:line="240" w:lineRule="auto"/>
            </w:pPr>
            <w:sdt>
              <w:sdtPr>
                <w:tag w:val="UNTERSCHRIFT"/>
                <w:alias w:val="Unterschrift"/>
                <w:text/>
              </w:sdtPr>
              <w:sdtContent>
                <w:r>
                  <w:rPr>
                    <w:rFonts w:ascii="Calibri" w:hAnsi="Calibri" w:eastAsia="Calibri" w:cs="Calibri"/>
                    <w:color w:val="5F6B69"/>
                    <w:sz w:val="19"/>
                    <w:szCs w:val="19"/>
                  </w:rPr>
                  <w:t>optional bei digitaler Übermittlung</w:t>
                </w:r>
              </w:sdtContent>
            </w:sdt>
          </w:p>
        </w:tc>
      </w:tr>
    </w:tbl>
    <w:p>
      <w:pPr>
        <w:keepNext/>
        <w:spacing w:before="100" w:after="60"/>
        <w:pBdr>
          <w:bottom w:val="single" w:sz="10" w:space="2" w:color="173F3A"/>
        </w:pBdr>
      </w:pPr>
      <w:r>
        <w:rPr>
          <w:rFonts w:ascii="Calibri" w:hAnsi="Calibri" w:eastAsia="Calibri" w:cs="Calibri"/>
          <w:b/>
          <w:i w:val="0"/>
          <w:color w:val="173F3A"/>
          <w:sz w:val="18"/>
        </w:rPr>
        <w:t>5. ÜBERMITTLUNG UND RÜCKSENDUNG</w:t>
      </w:r>
    </w:p>
    <w:tbl>
      <w:tblPr>
        <w:tblW w:type="dxa" w:w="10085"/>
        <w:tblLayout w:type="fixed"/>
        <w:tblLook w:firstColumn="1" w:firstRow="1" w:lastColumn="0" w:lastRow="0" w:noHBand="0" w:noVBand="1" w:val="04A0"/>
        <w:tblInd w:w="120" w:type="dxa"/>
        <w:tblBorders>
          <w:top w:val="single" w:sz="8" w:space="0" w:color="173F3A"/>
          <w:start w:val="single" w:sz="8" w:space="0" w:color="173F3A"/>
          <w:bottom w:val="single" w:sz="8" w:space="0" w:color="173F3A"/>
          <w:end w:val="single" w:sz="8" w:space="0" w:color="173F3A"/>
          <w:insideH w:val="single" w:sz="8" w:space="0" w:color="173F3A"/>
          <w:insideV w:val="single" w:sz="8" w:space="0" w:color="173F3A"/>
        </w:tblBorders>
      </w:tblPr>
      <w:tblGrid>
        <w:gridCol w:w="5042"/>
        <w:gridCol w:w="5043"/>
      </w:tblGrid>
      <w:tr>
        <w:trPr>
          <w:cantSplit/>
          <w:trHeight w:val="1" w:hRule="atLeast"/>
        </w:trPr>
        <w:tc>
          <w:tcPr>
            <w:tcW w:type="dxa" w:w="5042"/>
            <w:tcMar>
              <w:top w:w="70" w:type="dxa"/>
              <w:start w:w="105" w:type="dxa"/>
              <w:bottom w:w="70" w:type="dxa"/>
              <w:end w:w="105" w:type="dxa"/>
            </w:tcMar>
            <w:vAlign w:val="center"/>
            <w:shd w:fill="173F3A"/>
          </w:tcPr>
          <w:p>
            <w:pPr>
              <w:spacing w:before="0" w:after="0" w:line="240" w:lineRule="auto"/>
            </w:pPr>
            <w:r/>
            <w:r>
              <w:rPr>
                <w:rFonts w:ascii="Calibri" w:hAnsi="Calibri" w:eastAsia="Calibri" w:cs="Calibri"/>
                <w:b/>
                <w:i w:val="0"/>
                <w:color w:val="CFE1DD"/>
                <w:sz w:val="15"/>
              </w:rPr>
              <w:t>FORMULAR / KONTAKT</w:t>
            </w:r>
          </w:p>
          <w:p>
            <w:pPr>
              <w:spacing w:before="0" w:after="0" w:line="252" w:lineRule="auto"/>
            </w:pPr>
            <w:r>
              <w:rPr>
                <w:rFonts w:ascii="Calibri" w:hAnsi="Calibri" w:eastAsia="Calibri" w:cs="Calibri"/>
                <w:b/>
                <w:i w:val="0"/>
                <w:color w:val="FFFFFF"/>
                <w:sz w:val="22"/>
              </w:rPr>
              <w:t>info@zentrobad.de</w:t>
            </w:r>
          </w:p>
        </w:tc>
        <w:tc>
          <w:tcPr>
            <w:tcW w:type="dxa" w:w="5043"/>
            <w:tcMar>
              <w:top w:w="70" w:type="dxa"/>
              <w:start w:w="105" w:type="dxa"/>
              <w:bottom w:w="70" w:type="dxa"/>
              <w:end w:w="105" w:type="dxa"/>
            </w:tcMar>
            <w:vAlign w:val="center"/>
            <w:shd w:fill="F5F1E8"/>
          </w:tcPr>
          <w:p>
            <w:pPr>
              <w:spacing w:before="0" w:after="0" w:line="240" w:lineRule="auto"/>
            </w:pPr>
            <w:r/>
            <w:r>
              <w:rPr>
                <w:rFonts w:ascii="Calibri" w:hAnsi="Calibri" w:eastAsia="Calibri" w:cs="Calibri"/>
                <w:b/>
                <w:i w:val="0"/>
                <w:color w:val="173F3A"/>
                <w:sz w:val="15"/>
              </w:rPr>
              <w:t>WARENRÜCKSENDUNG NACH ABSTIMMUNG</w:t>
            </w:r>
          </w:p>
          <w:p>
            <w:pPr>
              <w:spacing w:before="0" w:after="0" w:line="252" w:lineRule="auto"/>
            </w:pPr>
            <w:r>
              <w:rPr>
                <w:rFonts w:ascii="Calibri" w:hAnsi="Calibri" w:eastAsia="Calibri" w:cs="Calibri"/>
                <w:b/>
                <w:i w:val="0"/>
                <w:color w:val="1D2524"/>
                <w:sz w:val="17"/>
              </w:rPr>
              <w:t>ZENTRO BAD · Roseller Straße 3 · D-41539 Dormagen</w:t>
            </w:r>
          </w:p>
        </w:tc>
      </w:tr>
    </w:tbl>
    <w:p>
      <w:pPr>
        <w:spacing w:before="80" w:after="0" w:line="252" w:lineRule="auto"/>
        <w:shd w:fill="E7EFED"/>
      </w:pPr>
      <w:r>
        <w:rPr>
          <w:rFonts w:ascii="Calibri" w:hAnsi="Calibri" w:eastAsia="Calibri" w:cs="Calibri"/>
          <w:b/>
          <w:i w:val="0"/>
          <w:color w:val="173F3A"/>
          <w:sz w:val="15"/>
        </w:rPr>
        <w:t xml:space="preserve">WICHTIG: </w:t>
      </w:r>
      <w:r>
        <w:rPr>
          <w:rFonts w:ascii="Calibri" w:hAnsi="Calibri" w:eastAsia="Calibri" w:cs="Calibri"/>
          <w:b w:val="0"/>
          <w:i w:val="0"/>
          <w:color w:val="1D2524"/>
          <w:sz w:val="15"/>
        </w:rPr>
        <w:t>Es gelten die zum Zeitpunkt der Bestellung im Shop veröffentlichten Rückgabebedingungen und die Widerrufsbelehrung. Dieses Formular erleichtert die Zuordnung Ihrer Rücksendung; gesetzliche Rechte bleiben unberührt. Bitte stimmen Sie Versandart und Rücksendeadresse vorab ab, insbesondere bei Speditionsware.</w:t>
      </w:r>
    </w:p>
    <w:sectPr w:rsidR="00FC693F" w:rsidRPr="0006063C" w:rsidSect="00034616">
      <w:footerReference w:type="default" r:id="rId9"/>
      <w:pgSz w:w="11906" w:h="16838"/>
      <w:pgMar w:top="680" w:right="850" w:bottom="680" w:left="850" w:header="340" w:footer="34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 w:line="240" w:lineRule="auto"/>
      <w:jc w:val="center"/>
    </w:pPr>
    <w:r>
      <w:rPr>
        <w:rFonts w:ascii="Calibri" w:hAnsi="Calibri" w:eastAsia="Calibri" w:cs="Calibri"/>
        <w:b w:val="0"/>
        <w:i w:val="0"/>
        <w:color w:val="5F6B69"/>
        <w:sz w:val="14"/>
      </w:rPr>
      <w:t>ZENTRO BAD  ·  www.zentrobad.de  ·  02133 97 90 17 7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59" w:lineRule="auto"/>
    </w:pPr>
    <w:rPr>
      <w:rFonts w:ascii="Calibri" w:hAnsi="Calibri"/>
      <w:color w:val="1D2524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Retourenformular ZENTRO BAD</dc:title>
  <dc:subject>Ausfüllbares Formular für Rücksendung, Widerruf oder Reklamation</dc:subject>
  <dc:creator>ZENTRO BAD – Inhaber Robert Zentek</dc:creator>
  <cp:keywords>Retoure, Rücksendung, Widerruf, Reklamation, ZENTRO BAD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